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812B9" w14:textId="77777777" w:rsidR="00843C2B" w:rsidRPr="00757FBC" w:rsidRDefault="007243B8">
      <w:pPr>
        <w:jc w:val="center"/>
        <w:rPr>
          <w:lang w:val="pt-BR"/>
        </w:rPr>
      </w:pPr>
      <w:r w:rsidRPr="00757FBC">
        <w:rPr>
          <w:b/>
          <w:sz w:val="30"/>
          <w:lang w:val="pt-BR"/>
        </w:rPr>
        <w:t>SOCIEDADE BRASILEIRA DE RECURSOS GENÉTICOS – SBRG</w:t>
      </w:r>
    </w:p>
    <w:p w14:paraId="5712F808" w14:textId="77777777" w:rsidR="00843C2B" w:rsidRPr="00757FBC" w:rsidRDefault="007243B8">
      <w:pPr>
        <w:jc w:val="center"/>
        <w:rPr>
          <w:lang w:val="pt-BR"/>
        </w:rPr>
      </w:pPr>
      <w:r w:rsidRPr="00757FBC">
        <w:rPr>
          <w:b/>
          <w:sz w:val="30"/>
          <w:lang w:val="pt-BR"/>
        </w:rPr>
        <w:t>PRÊMIO CLARA OLIVEIRA GOEDERT</w:t>
      </w:r>
    </w:p>
    <w:p w14:paraId="0DC226EC" w14:textId="77777777" w:rsidR="00843C2B" w:rsidRPr="00757FBC" w:rsidRDefault="007243B8">
      <w:pPr>
        <w:jc w:val="center"/>
        <w:rPr>
          <w:lang w:val="pt-BR"/>
        </w:rPr>
      </w:pPr>
      <w:r w:rsidRPr="00757FBC">
        <w:rPr>
          <w:b/>
          <w:sz w:val="26"/>
          <w:lang w:val="pt-BR"/>
        </w:rPr>
        <w:t>FICHA DE INSCRIÇÃO – CATEGORIA TRABALHO CIENTÍFICO</w:t>
      </w:r>
    </w:p>
    <w:p w14:paraId="6C5BE14E" w14:textId="1C138E69" w:rsidR="00843C2B" w:rsidRPr="00757FBC" w:rsidRDefault="007243B8">
      <w:pPr>
        <w:rPr>
          <w:lang w:val="pt-BR"/>
        </w:rPr>
      </w:pPr>
      <w:r w:rsidRPr="00757FBC">
        <w:rPr>
          <w:lang w:val="pt-BR"/>
        </w:rPr>
        <w:t>Edição 2026 | Prazo de inscrição: 10 de outubro de 2026 | Envio da documentação: premioclarasbrg@gmail.com</w:t>
      </w:r>
    </w:p>
    <w:p w14:paraId="1D035554" w14:textId="77777777" w:rsidR="00757FBC" w:rsidRDefault="00757FBC">
      <w:pPr>
        <w:rPr>
          <w:b/>
          <w:sz w:val="23"/>
          <w:lang w:val="pt-BR"/>
        </w:rPr>
      </w:pPr>
    </w:p>
    <w:p w14:paraId="1BDF68AC" w14:textId="354B18CE" w:rsidR="00843C2B" w:rsidRPr="00757FBC" w:rsidRDefault="007243B8">
      <w:pPr>
        <w:rPr>
          <w:lang w:val="pt-BR"/>
        </w:rPr>
      </w:pPr>
      <w:r w:rsidRPr="00757FBC">
        <w:rPr>
          <w:b/>
          <w:sz w:val="23"/>
          <w:lang w:val="pt-BR"/>
        </w:rPr>
        <w:t>1. IDENTIFICAÇÃO DA CANDIDATURA</w:t>
      </w:r>
    </w:p>
    <w:p w14:paraId="64BF415C" w14:textId="77777777" w:rsidR="00843C2B" w:rsidRPr="00757FBC" w:rsidRDefault="007243B8">
      <w:pPr>
        <w:rPr>
          <w:lang w:val="pt-BR"/>
        </w:rPr>
      </w:pPr>
      <w:r w:rsidRPr="00757FBC">
        <w:rPr>
          <w:lang w:val="pt-BR"/>
        </w:rPr>
        <w:t>☐ Recursos Genéticos Vegetais</w:t>
      </w:r>
    </w:p>
    <w:p w14:paraId="183B4D14" w14:textId="77777777" w:rsidR="00843C2B" w:rsidRPr="00757FBC" w:rsidRDefault="007243B8">
      <w:pPr>
        <w:rPr>
          <w:lang w:val="pt-BR"/>
        </w:rPr>
      </w:pPr>
      <w:r w:rsidRPr="00757FBC">
        <w:rPr>
          <w:lang w:val="pt-BR"/>
        </w:rPr>
        <w:t>☐ Recursos Genéticos Animais</w:t>
      </w:r>
    </w:p>
    <w:p w14:paraId="3608A5E6" w14:textId="77777777" w:rsidR="00843C2B" w:rsidRPr="00757FBC" w:rsidRDefault="007243B8">
      <w:pPr>
        <w:rPr>
          <w:lang w:val="pt-BR"/>
        </w:rPr>
      </w:pPr>
      <w:r w:rsidRPr="00757FBC">
        <w:rPr>
          <w:lang w:val="pt-BR"/>
        </w:rPr>
        <w:t>☐ Recursos Genéticos de Microrganismos</w:t>
      </w:r>
    </w:p>
    <w:p w14:paraId="04D133C9" w14:textId="23ED3DBA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Título completo do artigo: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68BC6794" w14:textId="5F65C39D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Título abreviado (se aplicável):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1EDE967F" w14:textId="5E0E3CF8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DOI: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5C405808" w14:textId="6345D540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Periódico: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2B7E1934" w14:textId="0912EC51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Data de publicação / disponibilização eletrônica definitiva: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1F99A1C1" w14:textId="3600A0C4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Volume, número, páginas ou e-</w:t>
      </w:r>
      <w:proofErr w:type="spellStart"/>
      <w:r w:rsidRPr="00757FBC">
        <w:rPr>
          <w:b/>
          <w:lang w:val="pt-BR"/>
        </w:rPr>
        <w:t>location</w:t>
      </w:r>
      <w:proofErr w:type="spellEnd"/>
      <w:r w:rsidRPr="00757FBC">
        <w:rPr>
          <w:b/>
          <w:lang w:val="pt-BR"/>
        </w:rPr>
        <w:t>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63DF35FD" w14:textId="512441AA" w:rsidR="00843C2B" w:rsidRDefault="007243B8">
      <w:pPr>
        <w:rPr>
          <w:lang w:val="pt-BR"/>
        </w:rPr>
      </w:pPr>
      <w:r w:rsidRPr="00757FBC">
        <w:rPr>
          <w:b/>
          <w:lang w:val="pt-BR"/>
        </w:rPr>
        <w:t>URL/página do artigo (se disponível):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01FC88B1" w14:textId="77777777" w:rsidR="000A6F9B" w:rsidRDefault="000A6F9B">
      <w:pPr>
        <w:rPr>
          <w:lang w:val="pt-BR"/>
        </w:rPr>
      </w:pPr>
    </w:p>
    <w:p w14:paraId="3FD1C086" w14:textId="77777777" w:rsidR="000A6F9B" w:rsidRDefault="000A6F9B">
      <w:pPr>
        <w:rPr>
          <w:lang w:val="pt-BR"/>
        </w:rPr>
      </w:pPr>
    </w:p>
    <w:p w14:paraId="0EB2E350" w14:textId="77777777" w:rsidR="000A6F9B" w:rsidRPr="00757FBC" w:rsidRDefault="000A6F9B">
      <w:pPr>
        <w:rPr>
          <w:lang w:val="pt-BR"/>
        </w:rPr>
      </w:pPr>
    </w:p>
    <w:p w14:paraId="052712B1" w14:textId="77777777" w:rsidR="00843C2B" w:rsidRPr="00757FBC" w:rsidRDefault="007243B8">
      <w:pPr>
        <w:rPr>
          <w:lang w:val="pt-BR"/>
        </w:rPr>
      </w:pPr>
      <w:r w:rsidRPr="00757FBC">
        <w:rPr>
          <w:b/>
          <w:sz w:val="23"/>
          <w:lang w:val="pt-BR"/>
        </w:rPr>
        <w:lastRenderedPageBreak/>
        <w:t>2. IDENTIFICAÇÃO DO(A) AUTOR(A) RESPONSÁVEL PELA INSCRIÇÃO</w:t>
      </w:r>
    </w:p>
    <w:p w14:paraId="4704B35E" w14:textId="76F7F504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Nome completo: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1A61F74A" w14:textId="217F87A0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Instituição de vínculo: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3B589911" w14:textId="3482D1A1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Cargo/Função: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50F4EA15" w14:textId="19B0D26D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E-mail: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5EC4F75A" w14:textId="2F855745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Telefone: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45521BB9" w14:textId="2971CA55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ORCID (se disponível):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79FE74DA" w14:textId="4E7C33AB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Link para currículo público (Lattes):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31D5B792" w14:textId="0DD70AEE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Número/identificação de associado(a) à SBRG: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6EF036ED" w14:textId="77777777" w:rsidR="00843C2B" w:rsidRPr="00757FBC" w:rsidRDefault="007243B8">
      <w:pPr>
        <w:rPr>
          <w:lang w:val="pt-BR"/>
        </w:rPr>
      </w:pPr>
      <w:r w:rsidRPr="00757FBC">
        <w:rPr>
          <w:lang w:val="pt-BR"/>
        </w:rPr>
        <w:t>☐ Declaro que estou associado(a) à SBRG e quite com minhas obrigações sociais na data de encerramento das inscrições.</w:t>
      </w:r>
    </w:p>
    <w:p w14:paraId="1078089A" w14:textId="77777777" w:rsidR="00843C2B" w:rsidRPr="00757FBC" w:rsidRDefault="007243B8">
      <w:pPr>
        <w:rPr>
          <w:lang w:val="pt-BR"/>
        </w:rPr>
      </w:pPr>
      <w:r w:rsidRPr="00757FBC">
        <w:rPr>
          <w:b/>
          <w:sz w:val="23"/>
          <w:lang w:val="pt-BR"/>
        </w:rPr>
        <w:t>3. IDENTIFICAÇÃO DOS(AS) COAUTORES(AS)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037"/>
        <w:gridCol w:w="2038"/>
        <w:gridCol w:w="2038"/>
        <w:gridCol w:w="2039"/>
        <w:gridCol w:w="2038"/>
      </w:tblGrid>
      <w:tr w:rsidR="00843C2B" w14:paraId="28A07CCA" w14:textId="77777777">
        <w:trPr>
          <w:jc w:val="center"/>
        </w:trPr>
        <w:tc>
          <w:tcPr>
            <w:tcW w:w="2040" w:type="dxa"/>
            <w:vAlign w:val="center"/>
          </w:tcPr>
          <w:p w14:paraId="67EEC200" w14:textId="77777777" w:rsidR="00843C2B" w:rsidRDefault="007243B8">
            <w:r>
              <w:t>Nº</w:t>
            </w:r>
          </w:p>
        </w:tc>
        <w:tc>
          <w:tcPr>
            <w:tcW w:w="2040" w:type="dxa"/>
            <w:vAlign w:val="center"/>
          </w:tcPr>
          <w:p w14:paraId="4D9573D5" w14:textId="77777777" w:rsidR="00843C2B" w:rsidRDefault="007243B8">
            <w:r>
              <w:t>Nome completo</w:t>
            </w:r>
          </w:p>
        </w:tc>
        <w:tc>
          <w:tcPr>
            <w:tcW w:w="2040" w:type="dxa"/>
            <w:vAlign w:val="center"/>
          </w:tcPr>
          <w:p w14:paraId="7989998D" w14:textId="77777777" w:rsidR="00843C2B" w:rsidRDefault="007243B8">
            <w:r>
              <w:t>Instituição</w:t>
            </w:r>
          </w:p>
        </w:tc>
        <w:tc>
          <w:tcPr>
            <w:tcW w:w="2040" w:type="dxa"/>
            <w:vAlign w:val="center"/>
          </w:tcPr>
          <w:p w14:paraId="2ED4BAFF" w14:textId="77777777" w:rsidR="00843C2B" w:rsidRDefault="007243B8">
            <w:r>
              <w:t>ORCID (se disponível)</w:t>
            </w:r>
          </w:p>
        </w:tc>
        <w:tc>
          <w:tcPr>
            <w:tcW w:w="2040" w:type="dxa"/>
            <w:vAlign w:val="center"/>
          </w:tcPr>
          <w:p w14:paraId="32169D62" w14:textId="77777777" w:rsidR="00843C2B" w:rsidRDefault="007243B8">
            <w:r>
              <w:t>E-mail</w:t>
            </w:r>
          </w:p>
        </w:tc>
      </w:tr>
      <w:tr w:rsidR="00843C2B" w14:paraId="48C538A4" w14:textId="77777777">
        <w:trPr>
          <w:jc w:val="center"/>
        </w:trPr>
        <w:tc>
          <w:tcPr>
            <w:tcW w:w="2040" w:type="dxa"/>
            <w:vAlign w:val="center"/>
          </w:tcPr>
          <w:p w14:paraId="2FE01019" w14:textId="77777777" w:rsidR="00843C2B" w:rsidRDefault="007243B8">
            <w:r>
              <w:t>1</w:t>
            </w:r>
          </w:p>
        </w:tc>
        <w:tc>
          <w:tcPr>
            <w:tcW w:w="2040" w:type="dxa"/>
            <w:vAlign w:val="center"/>
          </w:tcPr>
          <w:p w14:paraId="41D66A32" w14:textId="77777777" w:rsidR="00843C2B" w:rsidRDefault="00843C2B"/>
        </w:tc>
        <w:tc>
          <w:tcPr>
            <w:tcW w:w="2040" w:type="dxa"/>
            <w:vAlign w:val="center"/>
          </w:tcPr>
          <w:p w14:paraId="59B4D535" w14:textId="77777777" w:rsidR="00843C2B" w:rsidRDefault="00843C2B"/>
        </w:tc>
        <w:tc>
          <w:tcPr>
            <w:tcW w:w="2040" w:type="dxa"/>
            <w:vAlign w:val="center"/>
          </w:tcPr>
          <w:p w14:paraId="09643251" w14:textId="77777777" w:rsidR="00843C2B" w:rsidRDefault="00843C2B"/>
        </w:tc>
        <w:tc>
          <w:tcPr>
            <w:tcW w:w="2040" w:type="dxa"/>
            <w:vAlign w:val="center"/>
          </w:tcPr>
          <w:p w14:paraId="63EAFBA8" w14:textId="77777777" w:rsidR="00843C2B" w:rsidRDefault="00843C2B"/>
        </w:tc>
      </w:tr>
      <w:tr w:rsidR="00843C2B" w14:paraId="7DB540BC" w14:textId="77777777">
        <w:trPr>
          <w:jc w:val="center"/>
        </w:trPr>
        <w:tc>
          <w:tcPr>
            <w:tcW w:w="2040" w:type="dxa"/>
            <w:vAlign w:val="center"/>
          </w:tcPr>
          <w:p w14:paraId="511AD8E6" w14:textId="77777777" w:rsidR="00843C2B" w:rsidRDefault="007243B8">
            <w:r>
              <w:t>2</w:t>
            </w:r>
          </w:p>
        </w:tc>
        <w:tc>
          <w:tcPr>
            <w:tcW w:w="2040" w:type="dxa"/>
            <w:vAlign w:val="center"/>
          </w:tcPr>
          <w:p w14:paraId="0DFFC9EC" w14:textId="77777777" w:rsidR="00843C2B" w:rsidRDefault="00843C2B"/>
        </w:tc>
        <w:tc>
          <w:tcPr>
            <w:tcW w:w="2040" w:type="dxa"/>
            <w:vAlign w:val="center"/>
          </w:tcPr>
          <w:p w14:paraId="28F21876" w14:textId="77777777" w:rsidR="00843C2B" w:rsidRDefault="00843C2B"/>
        </w:tc>
        <w:tc>
          <w:tcPr>
            <w:tcW w:w="2040" w:type="dxa"/>
            <w:vAlign w:val="center"/>
          </w:tcPr>
          <w:p w14:paraId="6AA12368" w14:textId="77777777" w:rsidR="00843C2B" w:rsidRDefault="00843C2B"/>
        </w:tc>
        <w:tc>
          <w:tcPr>
            <w:tcW w:w="2040" w:type="dxa"/>
            <w:vAlign w:val="center"/>
          </w:tcPr>
          <w:p w14:paraId="42D843FE" w14:textId="77777777" w:rsidR="00843C2B" w:rsidRDefault="00843C2B"/>
        </w:tc>
      </w:tr>
      <w:tr w:rsidR="00843C2B" w14:paraId="46B80AAD" w14:textId="77777777">
        <w:trPr>
          <w:jc w:val="center"/>
        </w:trPr>
        <w:tc>
          <w:tcPr>
            <w:tcW w:w="2040" w:type="dxa"/>
            <w:vAlign w:val="center"/>
          </w:tcPr>
          <w:p w14:paraId="2D8167DB" w14:textId="77777777" w:rsidR="00843C2B" w:rsidRDefault="007243B8">
            <w:r>
              <w:t>3</w:t>
            </w:r>
          </w:p>
        </w:tc>
        <w:tc>
          <w:tcPr>
            <w:tcW w:w="2040" w:type="dxa"/>
            <w:vAlign w:val="center"/>
          </w:tcPr>
          <w:p w14:paraId="587A0444" w14:textId="77777777" w:rsidR="00843C2B" w:rsidRDefault="00843C2B"/>
        </w:tc>
        <w:tc>
          <w:tcPr>
            <w:tcW w:w="2040" w:type="dxa"/>
            <w:vAlign w:val="center"/>
          </w:tcPr>
          <w:p w14:paraId="5C027806" w14:textId="77777777" w:rsidR="00843C2B" w:rsidRDefault="00843C2B"/>
        </w:tc>
        <w:tc>
          <w:tcPr>
            <w:tcW w:w="2040" w:type="dxa"/>
            <w:vAlign w:val="center"/>
          </w:tcPr>
          <w:p w14:paraId="65C3576B" w14:textId="77777777" w:rsidR="00843C2B" w:rsidRDefault="00843C2B"/>
        </w:tc>
        <w:tc>
          <w:tcPr>
            <w:tcW w:w="2040" w:type="dxa"/>
            <w:vAlign w:val="center"/>
          </w:tcPr>
          <w:p w14:paraId="11FD8A87" w14:textId="77777777" w:rsidR="00843C2B" w:rsidRDefault="00843C2B"/>
        </w:tc>
      </w:tr>
      <w:tr w:rsidR="00843C2B" w14:paraId="31FF2930" w14:textId="77777777">
        <w:trPr>
          <w:jc w:val="center"/>
        </w:trPr>
        <w:tc>
          <w:tcPr>
            <w:tcW w:w="2040" w:type="dxa"/>
            <w:vAlign w:val="center"/>
          </w:tcPr>
          <w:p w14:paraId="1D7E5A14" w14:textId="77777777" w:rsidR="00843C2B" w:rsidRDefault="007243B8">
            <w:r>
              <w:t>4</w:t>
            </w:r>
          </w:p>
        </w:tc>
        <w:tc>
          <w:tcPr>
            <w:tcW w:w="2040" w:type="dxa"/>
            <w:vAlign w:val="center"/>
          </w:tcPr>
          <w:p w14:paraId="135272D5" w14:textId="77777777" w:rsidR="00843C2B" w:rsidRDefault="00843C2B"/>
        </w:tc>
        <w:tc>
          <w:tcPr>
            <w:tcW w:w="2040" w:type="dxa"/>
            <w:vAlign w:val="center"/>
          </w:tcPr>
          <w:p w14:paraId="5D0C0661" w14:textId="77777777" w:rsidR="00843C2B" w:rsidRDefault="00843C2B"/>
        </w:tc>
        <w:tc>
          <w:tcPr>
            <w:tcW w:w="2040" w:type="dxa"/>
            <w:vAlign w:val="center"/>
          </w:tcPr>
          <w:p w14:paraId="315DAF80" w14:textId="77777777" w:rsidR="00843C2B" w:rsidRDefault="00843C2B"/>
        </w:tc>
        <w:tc>
          <w:tcPr>
            <w:tcW w:w="2040" w:type="dxa"/>
            <w:vAlign w:val="center"/>
          </w:tcPr>
          <w:p w14:paraId="7222896E" w14:textId="77777777" w:rsidR="00843C2B" w:rsidRDefault="00843C2B"/>
        </w:tc>
      </w:tr>
      <w:tr w:rsidR="00843C2B" w14:paraId="33FA96D4" w14:textId="77777777">
        <w:trPr>
          <w:jc w:val="center"/>
        </w:trPr>
        <w:tc>
          <w:tcPr>
            <w:tcW w:w="2040" w:type="dxa"/>
            <w:vAlign w:val="center"/>
          </w:tcPr>
          <w:p w14:paraId="24DBE364" w14:textId="77777777" w:rsidR="00843C2B" w:rsidRDefault="007243B8">
            <w:r>
              <w:t>5</w:t>
            </w:r>
          </w:p>
        </w:tc>
        <w:tc>
          <w:tcPr>
            <w:tcW w:w="2040" w:type="dxa"/>
            <w:vAlign w:val="center"/>
          </w:tcPr>
          <w:p w14:paraId="22AF3BB6" w14:textId="77777777" w:rsidR="00843C2B" w:rsidRDefault="00843C2B"/>
        </w:tc>
        <w:tc>
          <w:tcPr>
            <w:tcW w:w="2040" w:type="dxa"/>
            <w:vAlign w:val="center"/>
          </w:tcPr>
          <w:p w14:paraId="37927A6D" w14:textId="77777777" w:rsidR="00843C2B" w:rsidRDefault="00843C2B"/>
        </w:tc>
        <w:tc>
          <w:tcPr>
            <w:tcW w:w="2040" w:type="dxa"/>
            <w:vAlign w:val="center"/>
          </w:tcPr>
          <w:p w14:paraId="096F821D" w14:textId="77777777" w:rsidR="00843C2B" w:rsidRDefault="00843C2B"/>
        </w:tc>
        <w:tc>
          <w:tcPr>
            <w:tcW w:w="2040" w:type="dxa"/>
            <w:vAlign w:val="center"/>
          </w:tcPr>
          <w:p w14:paraId="15DF5633" w14:textId="77777777" w:rsidR="00843C2B" w:rsidRDefault="00843C2B"/>
        </w:tc>
      </w:tr>
      <w:tr w:rsidR="00843C2B" w14:paraId="5D9B7FC8" w14:textId="77777777">
        <w:trPr>
          <w:jc w:val="center"/>
        </w:trPr>
        <w:tc>
          <w:tcPr>
            <w:tcW w:w="2040" w:type="dxa"/>
            <w:vAlign w:val="center"/>
          </w:tcPr>
          <w:p w14:paraId="2F79149D" w14:textId="77777777" w:rsidR="00843C2B" w:rsidRDefault="007243B8">
            <w:r>
              <w:t>6</w:t>
            </w:r>
          </w:p>
        </w:tc>
        <w:tc>
          <w:tcPr>
            <w:tcW w:w="2040" w:type="dxa"/>
            <w:vAlign w:val="center"/>
          </w:tcPr>
          <w:p w14:paraId="53189D75" w14:textId="77777777" w:rsidR="00843C2B" w:rsidRDefault="00843C2B"/>
        </w:tc>
        <w:tc>
          <w:tcPr>
            <w:tcW w:w="2040" w:type="dxa"/>
            <w:vAlign w:val="center"/>
          </w:tcPr>
          <w:p w14:paraId="725D63D9" w14:textId="77777777" w:rsidR="00843C2B" w:rsidRDefault="00843C2B"/>
        </w:tc>
        <w:tc>
          <w:tcPr>
            <w:tcW w:w="2040" w:type="dxa"/>
            <w:vAlign w:val="center"/>
          </w:tcPr>
          <w:p w14:paraId="03CC6D94" w14:textId="77777777" w:rsidR="00843C2B" w:rsidRDefault="00843C2B"/>
        </w:tc>
        <w:tc>
          <w:tcPr>
            <w:tcW w:w="2040" w:type="dxa"/>
            <w:vAlign w:val="center"/>
          </w:tcPr>
          <w:p w14:paraId="5494700D" w14:textId="77777777" w:rsidR="00843C2B" w:rsidRDefault="00843C2B"/>
        </w:tc>
      </w:tr>
      <w:tr w:rsidR="00843C2B" w14:paraId="488378F3" w14:textId="77777777">
        <w:trPr>
          <w:jc w:val="center"/>
        </w:trPr>
        <w:tc>
          <w:tcPr>
            <w:tcW w:w="2040" w:type="dxa"/>
            <w:vAlign w:val="center"/>
          </w:tcPr>
          <w:p w14:paraId="31820C6D" w14:textId="77777777" w:rsidR="00843C2B" w:rsidRDefault="007243B8">
            <w:r>
              <w:t>7</w:t>
            </w:r>
          </w:p>
        </w:tc>
        <w:tc>
          <w:tcPr>
            <w:tcW w:w="2040" w:type="dxa"/>
            <w:vAlign w:val="center"/>
          </w:tcPr>
          <w:p w14:paraId="6523733C" w14:textId="77777777" w:rsidR="00843C2B" w:rsidRDefault="00843C2B"/>
        </w:tc>
        <w:tc>
          <w:tcPr>
            <w:tcW w:w="2040" w:type="dxa"/>
            <w:vAlign w:val="center"/>
          </w:tcPr>
          <w:p w14:paraId="1C08A322" w14:textId="77777777" w:rsidR="00843C2B" w:rsidRDefault="00843C2B"/>
        </w:tc>
        <w:tc>
          <w:tcPr>
            <w:tcW w:w="2040" w:type="dxa"/>
            <w:vAlign w:val="center"/>
          </w:tcPr>
          <w:p w14:paraId="12671D21" w14:textId="77777777" w:rsidR="00843C2B" w:rsidRDefault="00843C2B"/>
        </w:tc>
        <w:tc>
          <w:tcPr>
            <w:tcW w:w="2040" w:type="dxa"/>
            <w:vAlign w:val="center"/>
          </w:tcPr>
          <w:p w14:paraId="18D5434C" w14:textId="77777777" w:rsidR="00843C2B" w:rsidRDefault="00843C2B"/>
        </w:tc>
      </w:tr>
      <w:tr w:rsidR="00843C2B" w14:paraId="00E21F33" w14:textId="77777777">
        <w:trPr>
          <w:jc w:val="center"/>
        </w:trPr>
        <w:tc>
          <w:tcPr>
            <w:tcW w:w="2040" w:type="dxa"/>
            <w:vAlign w:val="center"/>
          </w:tcPr>
          <w:p w14:paraId="76C3E0E9" w14:textId="77777777" w:rsidR="00843C2B" w:rsidRDefault="007243B8">
            <w:r>
              <w:t>8</w:t>
            </w:r>
          </w:p>
        </w:tc>
        <w:tc>
          <w:tcPr>
            <w:tcW w:w="2040" w:type="dxa"/>
            <w:vAlign w:val="center"/>
          </w:tcPr>
          <w:p w14:paraId="5398344B" w14:textId="77777777" w:rsidR="00843C2B" w:rsidRDefault="00843C2B"/>
        </w:tc>
        <w:tc>
          <w:tcPr>
            <w:tcW w:w="2040" w:type="dxa"/>
            <w:vAlign w:val="center"/>
          </w:tcPr>
          <w:p w14:paraId="111AFF96" w14:textId="77777777" w:rsidR="00843C2B" w:rsidRDefault="00843C2B"/>
        </w:tc>
        <w:tc>
          <w:tcPr>
            <w:tcW w:w="2040" w:type="dxa"/>
            <w:vAlign w:val="center"/>
          </w:tcPr>
          <w:p w14:paraId="53CBC4E7" w14:textId="77777777" w:rsidR="00843C2B" w:rsidRDefault="00843C2B"/>
        </w:tc>
        <w:tc>
          <w:tcPr>
            <w:tcW w:w="2040" w:type="dxa"/>
            <w:vAlign w:val="center"/>
          </w:tcPr>
          <w:p w14:paraId="4B4DC096" w14:textId="77777777" w:rsidR="00843C2B" w:rsidRDefault="00843C2B"/>
        </w:tc>
      </w:tr>
    </w:tbl>
    <w:p w14:paraId="3F78EF7B" w14:textId="22FEB7C7" w:rsidR="00757FBC" w:rsidRPr="000A6F9B" w:rsidRDefault="00757FBC">
      <w:pPr>
        <w:rPr>
          <w:bCs/>
          <w:sz w:val="22"/>
          <w:szCs w:val="20"/>
          <w:lang w:val="pt-BR"/>
        </w:rPr>
      </w:pPr>
      <w:r w:rsidRPr="000A6F9B">
        <w:rPr>
          <w:bCs/>
          <w:sz w:val="22"/>
          <w:szCs w:val="20"/>
          <w:lang w:val="pt-BR"/>
        </w:rPr>
        <w:t>Adicionar mais linhas, se necessário.</w:t>
      </w:r>
    </w:p>
    <w:p w14:paraId="16952730" w14:textId="77777777" w:rsidR="000A6F9B" w:rsidRDefault="000A6F9B">
      <w:pPr>
        <w:rPr>
          <w:b/>
          <w:sz w:val="23"/>
          <w:lang w:val="pt-BR"/>
        </w:rPr>
      </w:pPr>
    </w:p>
    <w:p w14:paraId="7DD39FCC" w14:textId="7FC729A2" w:rsidR="00843C2B" w:rsidRPr="000A6F9B" w:rsidRDefault="007243B8">
      <w:pPr>
        <w:rPr>
          <w:lang w:val="pt-BR"/>
        </w:rPr>
      </w:pPr>
      <w:r w:rsidRPr="000A6F9B">
        <w:rPr>
          <w:b/>
          <w:sz w:val="23"/>
          <w:lang w:val="pt-BR"/>
        </w:rPr>
        <w:lastRenderedPageBreak/>
        <w:t>4. ENQUADRAMENTO E ELEGIBILIDADE</w:t>
      </w:r>
    </w:p>
    <w:p w14:paraId="3AA63EC3" w14:textId="77777777" w:rsidR="00843C2B" w:rsidRPr="00757FBC" w:rsidRDefault="007243B8">
      <w:pPr>
        <w:rPr>
          <w:lang w:val="pt-BR"/>
        </w:rPr>
      </w:pPr>
      <w:r w:rsidRPr="00757FBC">
        <w:rPr>
          <w:lang w:val="pt-BR"/>
        </w:rPr>
        <w:t>☐ Artigo publicado em periódico científico com sistema de revisão por pares.</w:t>
      </w:r>
    </w:p>
    <w:p w14:paraId="16C28234" w14:textId="77777777" w:rsidR="00843C2B" w:rsidRPr="00757FBC" w:rsidRDefault="007243B8">
      <w:pPr>
        <w:rPr>
          <w:lang w:val="pt-BR"/>
        </w:rPr>
      </w:pPr>
      <w:r w:rsidRPr="00757FBC">
        <w:rPr>
          <w:lang w:val="pt-BR"/>
        </w:rPr>
        <w:t>☐ Periódico de circulação e alcance internacional, reconhecido pela comunidade científica da área.</w:t>
      </w:r>
    </w:p>
    <w:p w14:paraId="3F09C3AE" w14:textId="77777777" w:rsidR="00843C2B" w:rsidRPr="00757FBC" w:rsidRDefault="007243B8">
      <w:pPr>
        <w:rPr>
          <w:lang w:val="pt-BR"/>
        </w:rPr>
      </w:pPr>
      <w:r w:rsidRPr="00757FBC">
        <w:rPr>
          <w:lang w:val="pt-BR"/>
        </w:rPr>
        <w:t>☐ O artigo apresenta contribuição inequívoca para Recursos Genéticos.</w:t>
      </w:r>
    </w:p>
    <w:p w14:paraId="74A4CC4A" w14:textId="77777777" w:rsidR="00843C2B" w:rsidRPr="00757FBC" w:rsidRDefault="007243B8">
      <w:pPr>
        <w:rPr>
          <w:lang w:val="pt-BR"/>
        </w:rPr>
      </w:pPr>
      <w:r w:rsidRPr="00757FBC">
        <w:rPr>
          <w:lang w:val="pt-BR"/>
        </w:rPr>
        <w:t>☐ O artigo apresenta relevância, originalidade e impacto científico, tecnológico, metodológico ou aplicado.</w:t>
      </w:r>
    </w:p>
    <w:p w14:paraId="713E2A2A" w14:textId="77777777" w:rsidR="00843C2B" w:rsidRPr="00757FBC" w:rsidRDefault="007243B8">
      <w:pPr>
        <w:rPr>
          <w:lang w:val="pt-BR"/>
        </w:rPr>
      </w:pPr>
      <w:r w:rsidRPr="00757FBC">
        <w:rPr>
          <w:lang w:val="pt-BR"/>
        </w:rPr>
        <w:t xml:space="preserve">☐ O artigo foi publicado entre 1º de janeiro de 2024 e 10 de outubro de 2026, inclusive versão eletrônica definitiva (online </w:t>
      </w:r>
      <w:proofErr w:type="spellStart"/>
      <w:r w:rsidRPr="00757FBC">
        <w:rPr>
          <w:lang w:val="pt-BR"/>
        </w:rPr>
        <w:t>first</w:t>
      </w:r>
      <w:proofErr w:type="spellEnd"/>
      <w:r w:rsidRPr="00757FBC">
        <w:rPr>
          <w:lang w:val="pt-BR"/>
        </w:rPr>
        <w:t xml:space="preserve">, </w:t>
      </w:r>
      <w:proofErr w:type="spellStart"/>
      <w:r w:rsidRPr="00757FBC">
        <w:rPr>
          <w:lang w:val="pt-BR"/>
        </w:rPr>
        <w:t>early</w:t>
      </w:r>
      <w:proofErr w:type="spellEnd"/>
      <w:r w:rsidRPr="00757FBC">
        <w:rPr>
          <w:lang w:val="pt-BR"/>
        </w:rPr>
        <w:t xml:space="preserve"> </w:t>
      </w:r>
      <w:proofErr w:type="spellStart"/>
      <w:r w:rsidRPr="00757FBC">
        <w:rPr>
          <w:lang w:val="pt-BR"/>
        </w:rPr>
        <w:t>view</w:t>
      </w:r>
      <w:proofErr w:type="spellEnd"/>
      <w:r w:rsidRPr="00757FBC">
        <w:rPr>
          <w:lang w:val="pt-BR"/>
        </w:rPr>
        <w:t xml:space="preserve"> ou equivalente).</w:t>
      </w:r>
    </w:p>
    <w:p w14:paraId="78E4940D" w14:textId="77777777" w:rsidR="00843C2B" w:rsidRPr="00757FBC" w:rsidRDefault="007243B8">
      <w:pPr>
        <w:rPr>
          <w:lang w:val="pt-BR"/>
        </w:rPr>
      </w:pPr>
      <w:r w:rsidRPr="00757FBC">
        <w:rPr>
          <w:lang w:val="pt-BR"/>
        </w:rPr>
        <w:t>☐ O artigo não concorreu anteriormente ao Prêmio Clara Oliveira Goedert.</w:t>
      </w:r>
    </w:p>
    <w:p w14:paraId="5E897CA7" w14:textId="77777777" w:rsidR="00757FBC" w:rsidRDefault="00757FBC">
      <w:pPr>
        <w:rPr>
          <w:b/>
          <w:sz w:val="23"/>
          <w:lang w:val="pt-BR"/>
        </w:rPr>
      </w:pPr>
    </w:p>
    <w:p w14:paraId="7410AE3B" w14:textId="20DD22B7" w:rsidR="00843C2B" w:rsidRPr="00757FBC" w:rsidRDefault="007243B8">
      <w:pPr>
        <w:rPr>
          <w:lang w:val="pt-BR"/>
        </w:rPr>
      </w:pPr>
      <w:r w:rsidRPr="00757FBC">
        <w:rPr>
          <w:b/>
          <w:sz w:val="23"/>
          <w:lang w:val="pt-BR"/>
        </w:rPr>
        <w:t>5. REFERÊNCIA BIBLIOGRÁFICA COMPLETA</w:t>
      </w:r>
    </w:p>
    <w:p w14:paraId="3EF902D9" w14:textId="0DCE4CB0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Referência bibliográfica completa do artigo: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71EF0A95" w14:textId="77777777" w:rsidR="00843C2B" w:rsidRPr="00757FBC" w:rsidRDefault="007243B8">
      <w:pPr>
        <w:rPr>
          <w:lang w:val="pt-BR"/>
        </w:rPr>
      </w:pPr>
      <w:r w:rsidRPr="00757FBC">
        <w:rPr>
          <w:b/>
          <w:sz w:val="23"/>
          <w:lang w:val="pt-BR"/>
        </w:rPr>
        <w:t>6. CITAÇÕES E REPERCUSSÃO CIENTÍFICA</w:t>
      </w:r>
    </w:p>
    <w:p w14:paraId="7A75E877" w14:textId="3E60BC00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Número de citações recebidas na data da consulta: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186424A1" w14:textId="20193175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Base bibliográfica/bibliométrica consultada: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54DDF0A8" w14:textId="018B06BC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Data da consulta: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61663166" w14:textId="4D8E1ABC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Link/identificador da fonte consultada (se disponível):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28820420" w14:textId="275F0B75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Outras evidências documentáveis de repercussão (uso de metodologia, adoção de resultados, influência em trabalhos posteriores etc.):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1EE512F3" w14:textId="77777777" w:rsidR="00843C2B" w:rsidRPr="00757FBC" w:rsidRDefault="007243B8">
      <w:pPr>
        <w:rPr>
          <w:lang w:val="pt-BR"/>
        </w:rPr>
      </w:pPr>
      <w:r w:rsidRPr="00757FBC">
        <w:rPr>
          <w:b/>
          <w:sz w:val="23"/>
          <w:lang w:val="pt-BR"/>
        </w:rPr>
        <w:t>7. BREVE JUSTIFICATIVA DA CANDIDATURA</w:t>
      </w:r>
    </w:p>
    <w:p w14:paraId="5514A727" w14:textId="77777777" w:rsidR="00843C2B" w:rsidRPr="00757FBC" w:rsidRDefault="007243B8">
      <w:pPr>
        <w:rPr>
          <w:lang w:val="pt-BR"/>
        </w:rPr>
      </w:pPr>
      <w:r w:rsidRPr="00757FBC">
        <w:rPr>
          <w:lang w:val="pt-BR"/>
        </w:rPr>
        <w:lastRenderedPageBreak/>
        <w:t>Apresente, de forma objetiva e fundamentada, a contribuição do artigo para os Recursos Genéticos, destacando contribuição, impacto, repercussão, originalidade, inovação, qualidade científica e alcance internacional.</w:t>
      </w:r>
    </w:p>
    <w:p w14:paraId="145D69D3" w14:textId="12F2E33E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Justificativa: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  <w:r w:rsidR="00757FBC" w:rsidRPr="00757FBC">
        <w:rPr>
          <w:lang w:val="pt-BR"/>
        </w:rPr>
        <w:t>___________________________________________________________________________________________</w:t>
      </w:r>
      <w:r w:rsidR="00757FBC" w:rsidRPr="00757FBC">
        <w:rPr>
          <w:lang w:val="pt-BR"/>
        </w:rPr>
        <w:br/>
        <w:t>___________________________________________________________________________________________</w:t>
      </w:r>
      <w:r w:rsidR="00757FBC" w:rsidRPr="00757FBC">
        <w:rPr>
          <w:lang w:val="pt-BR"/>
        </w:rPr>
        <w:br/>
        <w:t>______________________________________________________________________________________________________________________________________________________________________________________</w:t>
      </w:r>
      <w:r w:rsidR="00757FBC" w:rsidRPr="00757FBC">
        <w:rPr>
          <w:lang w:val="pt-BR"/>
        </w:rPr>
        <w:br/>
        <w:t>___________________________________________________________________________________________</w:t>
      </w:r>
      <w:r w:rsidR="00757FBC" w:rsidRPr="00757FBC">
        <w:rPr>
          <w:lang w:val="pt-BR"/>
        </w:rPr>
        <w:br/>
        <w:t>______________________________________________________________________________________________________________________________________________________________________________________</w:t>
      </w:r>
      <w:r w:rsidR="00757FBC" w:rsidRPr="00757FBC">
        <w:rPr>
          <w:lang w:val="pt-BR"/>
        </w:rPr>
        <w:br/>
        <w:t>___________________________________________________________________________________________</w:t>
      </w:r>
      <w:r w:rsidR="00757FBC"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t>___________________________________________________________________________________________</w:t>
      </w:r>
      <w:r w:rsidRPr="00757FBC">
        <w:rPr>
          <w:lang w:val="pt-BR"/>
        </w:rPr>
        <w:br/>
        <w:t>___________________________________________________________________________________________</w:t>
      </w:r>
      <w:r w:rsidRPr="00757FBC">
        <w:rPr>
          <w:lang w:val="pt-BR"/>
        </w:rPr>
        <w:br/>
      </w:r>
    </w:p>
    <w:p w14:paraId="5EB17148" w14:textId="77777777" w:rsidR="00843C2B" w:rsidRPr="00757FBC" w:rsidRDefault="007243B8">
      <w:pPr>
        <w:rPr>
          <w:lang w:val="pt-BR"/>
        </w:rPr>
      </w:pPr>
      <w:r w:rsidRPr="00757FBC">
        <w:rPr>
          <w:b/>
          <w:sz w:val="23"/>
          <w:lang w:val="pt-BR"/>
        </w:rPr>
        <w:t>8. SÍNTESE DA CONTRIBUIÇÃO PARA OS RECURSOS GENÉTICOS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095"/>
        <w:gridCol w:w="5095"/>
      </w:tblGrid>
      <w:tr w:rsidR="00843C2B" w:rsidRPr="000A6F9B" w14:paraId="0FA8E76F" w14:textId="77777777">
        <w:trPr>
          <w:jc w:val="center"/>
        </w:trPr>
        <w:tc>
          <w:tcPr>
            <w:tcW w:w="5100" w:type="dxa"/>
            <w:vAlign w:val="center"/>
          </w:tcPr>
          <w:p w14:paraId="5853C8BF" w14:textId="77777777" w:rsidR="00843C2B" w:rsidRDefault="007243B8">
            <w:proofErr w:type="spellStart"/>
            <w:r>
              <w:t>Dimensão</w:t>
            </w:r>
            <w:proofErr w:type="spellEnd"/>
          </w:p>
        </w:tc>
        <w:tc>
          <w:tcPr>
            <w:tcW w:w="5100" w:type="dxa"/>
            <w:vAlign w:val="center"/>
          </w:tcPr>
          <w:p w14:paraId="21492F51" w14:textId="77777777" w:rsidR="00843C2B" w:rsidRPr="00757FBC" w:rsidRDefault="007243B8">
            <w:pPr>
              <w:rPr>
                <w:lang w:val="pt-BR"/>
              </w:rPr>
            </w:pPr>
            <w:r w:rsidRPr="00757FBC">
              <w:rPr>
                <w:lang w:val="pt-BR"/>
              </w:rPr>
              <w:t>Síntese da contribuição do artigo</w:t>
            </w:r>
          </w:p>
        </w:tc>
      </w:tr>
      <w:tr w:rsidR="00843C2B" w14:paraId="4BC4EE6C" w14:textId="77777777">
        <w:trPr>
          <w:jc w:val="center"/>
        </w:trPr>
        <w:tc>
          <w:tcPr>
            <w:tcW w:w="5100" w:type="dxa"/>
            <w:vAlign w:val="center"/>
          </w:tcPr>
          <w:p w14:paraId="5DC338DB" w14:textId="77777777" w:rsidR="00843C2B" w:rsidRDefault="007243B8">
            <w:proofErr w:type="spellStart"/>
            <w:r>
              <w:t>Conhecimento</w:t>
            </w:r>
            <w:proofErr w:type="spellEnd"/>
            <w:r>
              <w:t xml:space="preserve"> da </w:t>
            </w:r>
            <w:proofErr w:type="spellStart"/>
            <w:r>
              <w:t>diversidade</w:t>
            </w:r>
            <w:proofErr w:type="spellEnd"/>
            <w:r>
              <w:t xml:space="preserve"> </w:t>
            </w:r>
            <w:proofErr w:type="spellStart"/>
            <w:r>
              <w:t>genética</w:t>
            </w:r>
            <w:proofErr w:type="spellEnd"/>
          </w:p>
        </w:tc>
        <w:tc>
          <w:tcPr>
            <w:tcW w:w="5100" w:type="dxa"/>
            <w:vAlign w:val="center"/>
          </w:tcPr>
          <w:p w14:paraId="256917DB" w14:textId="77777777" w:rsidR="00843C2B" w:rsidRDefault="00843C2B"/>
        </w:tc>
      </w:tr>
      <w:tr w:rsidR="00843C2B" w14:paraId="2CB3CAB5" w14:textId="77777777">
        <w:trPr>
          <w:jc w:val="center"/>
        </w:trPr>
        <w:tc>
          <w:tcPr>
            <w:tcW w:w="5100" w:type="dxa"/>
            <w:vAlign w:val="center"/>
          </w:tcPr>
          <w:p w14:paraId="5CFB721C" w14:textId="77777777" w:rsidR="00843C2B" w:rsidRDefault="007243B8">
            <w:r>
              <w:t>Conservação</w:t>
            </w:r>
          </w:p>
        </w:tc>
        <w:tc>
          <w:tcPr>
            <w:tcW w:w="5100" w:type="dxa"/>
            <w:vAlign w:val="center"/>
          </w:tcPr>
          <w:p w14:paraId="355583F3" w14:textId="77777777" w:rsidR="00843C2B" w:rsidRDefault="00843C2B"/>
        </w:tc>
      </w:tr>
      <w:tr w:rsidR="00843C2B" w14:paraId="685156C7" w14:textId="77777777">
        <w:trPr>
          <w:jc w:val="center"/>
        </w:trPr>
        <w:tc>
          <w:tcPr>
            <w:tcW w:w="5100" w:type="dxa"/>
            <w:vAlign w:val="center"/>
          </w:tcPr>
          <w:p w14:paraId="08745BE5" w14:textId="77777777" w:rsidR="00843C2B" w:rsidRDefault="007243B8">
            <w:r>
              <w:t>Caracterização e avaliação</w:t>
            </w:r>
          </w:p>
        </w:tc>
        <w:tc>
          <w:tcPr>
            <w:tcW w:w="5100" w:type="dxa"/>
            <w:vAlign w:val="center"/>
          </w:tcPr>
          <w:p w14:paraId="72F6275F" w14:textId="77777777" w:rsidR="00843C2B" w:rsidRDefault="00843C2B"/>
        </w:tc>
      </w:tr>
      <w:tr w:rsidR="00843C2B" w:rsidRPr="000A6F9B" w14:paraId="0D87D63E" w14:textId="77777777">
        <w:trPr>
          <w:jc w:val="center"/>
        </w:trPr>
        <w:tc>
          <w:tcPr>
            <w:tcW w:w="5100" w:type="dxa"/>
            <w:vAlign w:val="center"/>
          </w:tcPr>
          <w:p w14:paraId="137B0675" w14:textId="77777777" w:rsidR="00843C2B" w:rsidRPr="00757FBC" w:rsidRDefault="007243B8">
            <w:pPr>
              <w:rPr>
                <w:lang w:val="pt-BR"/>
              </w:rPr>
            </w:pPr>
            <w:r w:rsidRPr="00757FBC">
              <w:rPr>
                <w:lang w:val="pt-BR"/>
              </w:rPr>
              <w:t>Documentação e gestão da informação</w:t>
            </w:r>
          </w:p>
        </w:tc>
        <w:tc>
          <w:tcPr>
            <w:tcW w:w="5100" w:type="dxa"/>
            <w:vAlign w:val="center"/>
          </w:tcPr>
          <w:p w14:paraId="71B37B23" w14:textId="77777777" w:rsidR="00843C2B" w:rsidRPr="00757FBC" w:rsidRDefault="00843C2B">
            <w:pPr>
              <w:rPr>
                <w:lang w:val="pt-BR"/>
              </w:rPr>
            </w:pPr>
          </w:p>
        </w:tc>
      </w:tr>
      <w:tr w:rsidR="00843C2B" w14:paraId="4478E302" w14:textId="77777777">
        <w:trPr>
          <w:jc w:val="center"/>
        </w:trPr>
        <w:tc>
          <w:tcPr>
            <w:tcW w:w="5100" w:type="dxa"/>
            <w:vAlign w:val="center"/>
          </w:tcPr>
          <w:p w14:paraId="2F32CAFC" w14:textId="77777777" w:rsidR="00843C2B" w:rsidRDefault="007243B8">
            <w:r>
              <w:t xml:space="preserve">Bancos e </w:t>
            </w:r>
            <w:proofErr w:type="spellStart"/>
            <w:r>
              <w:t>coleções</w:t>
            </w:r>
            <w:proofErr w:type="spellEnd"/>
          </w:p>
        </w:tc>
        <w:tc>
          <w:tcPr>
            <w:tcW w:w="5100" w:type="dxa"/>
            <w:vAlign w:val="center"/>
          </w:tcPr>
          <w:p w14:paraId="4AA203CE" w14:textId="77777777" w:rsidR="00843C2B" w:rsidRDefault="00843C2B"/>
        </w:tc>
      </w:tr>
      <w:tr w:rsidR="00843C2B" w14:paraId="2948465F" w14:textId="77777777">
        <w:trPr>
          <w:jc w:val="center"/>
        </w:trPr>
        <w:tc>
          <w:tcPr>
            <w:tcW w:w="5100" w:type="dxa"/>
            <w:vAlign w:val="center"/>
          </w:tcPr>
          <w:p w14:paraId="6CA99027" w14:textId="77777777" w:rsidR="00843C2B" w:rsidRDefault="007243B8">
            <w:r>
              <w:t>Desenvolvimento de metodologias</w:t>
            </w:r>
          </w:p>
        </w:tc>
        <w:tc>
          <w:tcPr>
            <w:tcW w:w="5100" w:type="dxa"/>
            <w:vAlign w:val="center"/>
          </w:tcPr>
          <w:p w14:paraId="400C0C7F" w14:textId="77777777" w:rsidR="00843C2B" w:rsidRDefault="00843C2B"/>
        </w:tc>
      </w:tr>
      <w:tr w:rsidR="00843C2B" w14:paraId="5372D831" w14:textId="77777777">
        <w:trPr>
          <w:jc w:val="center"/>
        </w:trPr>
        <w:tc>
          <w:tcPr>
            <w:tcW w:w="5100" w:type="dxa"/>
            <w:vAlign w:val="center"/>
          </w:tcPr>
          <w:p w14:paraId="54C06302" w14:textId="77777777" w:rsidR="00843C2B" w:rsidRDefault="007243B8">
            <w:r>
              <w:t>Valorização / inovação</w:t>
            </w:r>
          </w:p>
        </w:tc>
        <w:tc>
          <w:tcPr>
            <w:tcW w:w="5100" w:type="dxa"/>
            <w:vAlign w:val="center"/>
          </w:tcPr>
          <w:p w14:paraId="73A31BEA" w14:textId="77777777" w:rsidR="00843C2B" w:rsidRDefault="00843C2B"/>
        </w:tc>
      </w:tr>
      <w:tr w:rsidR="00843C2B" w14:paraId="2A32471C" w14:textId="77777777">
        <w:trPr>
          <w:jc w:val="center"/>
        </w:trPr>
        <w:tc>
          <w:tcPr>
            <w:tcW w:w="5100" w:type="dxa"/>
            <w:vAlign w:val="center"/>
          </w:tcPr>
          <w:p w14:paraId="77DCB720" w14:textId="77777777" w:rsidR="00843C2B" w:rsidRDefault="007243B8">
            <w:r>
              <w:t>Uso sustentável</w:t>
            </w:r>
          </w:p>
        </w:tc>
        <w:tc>
          <w:tcPr>
            <w:tcW w:w="5100" w:type="dxa"/>
            <w:vAlign w:val="center"/>
          </w:tcPr>
          <w:p w14:paraId="696A32F8" w14:textId="77777777" w:rsidR="00843C2B" w:rsidRDefault="00843C2B"/>
        </w:tc>
      </w:tr>
      <w:tr w:rsidR="00843C2B" w14:paraId="41311D66" w14:textId="77777777">
        <w:trPr>
          <w:jc w:val="center"/>
        </w:trPr>
        <w:tc>
          <w:tcPr>
            <w:tcW w:w="5100" w:type="dxa"/>
            <w:vAlign w:val="center"/>
          </w:tcPr>
          <w:p w14:paraId="65DED00A" w14:textId="77777777" w:rsidR="00843C2B" w:rsidRDefault="007243B8">
            <w:r>
              <w:t>Outra contribuição relevante</w:t>
            </w:r>
          </w:p>
        </w:tc>
        <w:tc>
          <w:tcPr>
            <w:tcW w:w="5100" w:type="dxa"/>
            <w:vAlign w:val="center"/>
          </w:tcPr>
          <w:p w14:paraId="2FE00BCA" w14:textId="77777777" w:rsidR="00843C2B" w:rsidRDefault="00843C2B"/>
        </w:tc>
      </w:tr>
    </w:tbl>
    <w:p w14:paraId="48D4E6F6" w14:textId="77777777" w:rsidR="00757FBC" w:rsidRDefault="00757FBC">
      <w:pPr>
        <w:rPr>
          <w:b/>
          <w:sz w:val="23"/>
          <w:lang w:val="pt-BR"/>
        </w:rPr>
      </w:pPr>
    </w:p>
    <w:p w14:paraId="1441A3CE" w14:textId="0B048E54" w:rsidR="00843C2B" w:rsidRPr="00757FBC" w:rsidRDefault="007243B8">
      <w:pPr>
        <w:rPr>
          <w:lang w:val="pt-BR"/>
        </w:rPr>
      </w:pPr>
      <w:r w:rsidRPr="00757FBC">
        <w:rPr>
          <w:b/>
          <w:sz w:val="23"/>
          <w:lang w:val="pt-BR"/>
        </w:rPr>
        <w:t>9. DECLARAÇÕES DO(A) AUTOR(A) RESPONSÁVEL</w:t>
      </w:r>
    </w:p>
    <w:p w14:paraId="3535CFD5" w14:textId="77777777" w:rsidR="00843C2B" w:rsidRPr="00757FBC" w:rsidRDefault="007243B8">
      <w:pPr>
        <w:rPr>
          <w:lang w:val="pt-BR"/>
        </w:rPr>
      </w:pPr>
      <w:r w:rsidRPr="00757FBC">
        <w:rPr>
          <w:lang w:val="pt-BR"/>
        </w:rPr>
        <w:t>☐ Declaro que as informações fornecidas nesta ficha são verdadeiras e completas.</w:t>
      </w:r>
    </w:p>
    <w:p w14:paraId="6C72E87B" w14:textId="77777777" w:rsidR="00843C2B" w:rsidRPr="00757FBC" w:rsidRDefault="007243B8">
      <w:pPr>
        <w:rPr>
          <w:lang w:val="pt-BR"/>
        </w:rPr>
      </w:pPr>
      <w:r w:rsidRPr="00757FBC">
        <w:rPr>
          <w:lang w:val="pt-BR"/>
        </w:rPr>
        <w:t>☐ Declaro que o artigo atende aos requisitos de elegibilidade previstos no Regulamento.</w:t>
      </w:r>
    </w:p>
    <w:p w14:paraId="0F4DA92D" w14:textId="77777777" w:rsidR="00843C2B" w:rsidRPr="00757FBC" w:rsidRDefault="007243B8">
      <w:pPr>
        <w:rPr>
          <w:lang w:val="pt-BR"/>
        </w:rPr>
      </w:pPr>
      <w:r w:rsidRPr="00757FBC">
        <w:rPr>
          <w:lang w:val="pt-BR"/>
        </w:rPr>
        <w:t>☐ Declaro estar ciente de que a candidatura será avaliada exclusivamente na categoria e área indicada.</w:t>
      </w:r>
    </w:p>
    <w:p w14:paraId="315FEBCE" w14:textId="77777777" w:rsidR="00843C2B" w:rsidRPr="00757FBC" w:rsidRDefault="007243B8">
      <w:pPr>
        <w:rPr>
          <w:lang w:val="pt-BR"/>
        </w:rPr>
      </w:pPr>
      <w:r w:rsidRPr="00757FBC">
        <w:rPr>
          <w:lang w:val="pt-BR"/>
        </w:rPr>
        <w:t>☐ Declaro estar ciente de que cada artigo poderá concorrer ao Prêmio apenas uma vez.</w:t>
      </w:r>
    </w:p>
    <w:p w14:paraId="47E60A1D" w14:textId="77777777" w:rsidR="00843C2B" w:rsidRPr="00757FBC" w:rsidRDefault="007243B8">
      <w:pPr>
        <w:rPr>
          <w:lang w:val="pt-BR"/>
        </w:rPr>
      </w:pPr>
      <w:r w:rsidRPr="00757FBC">
        <w:rPr>
          <w:lang w:val="pt-BR"/>
        </w:rPr>
        <w:t>☐ Declaro ciência de que a pontuação e a decisão considerarão o mérito do trabalho, não apenas indicadores bibliométricos.</w:t>
      </w:r>
    </w:p>
    <w:p w14:paraId="5F1ED0ED" w14:textId="77777777" w:rsidR="00843C2B" w:rsidRPr="00757FBC" w:rsidRDefault="007243B8">
      <w:pPr>
        <w:rPr>
          <w:lang w:val="pt-BR"/>
        </w:rPr>
      </w:pPr>
      <w:r w:rsidRPr="00757FBC">
        <w:rPr>
          <w:lang w:val="pt-BR"/>
        </w:rPr>
        <w:lastRenderedPageBreak/>
        <w:t>☐ Declaro ciência das disposições do Regulamento do Prêmio Clara Oliveira Goedert.</w:t>
      </w:r>
    </w:p>
    <w:p w14:paraId="3C1B167E" w14:textId="1677FDB4" w:rsidR="00757FBC" w:rsidRPr="00757FBC" w:rsidRDefault="00757FBC" w:rsidP="00757FBC">
      <w:pPr>
        <w:rPr>
          <w:lang w:val="pt-BR"/>
        </w:rPr>
      </w:pPr>
      <w:r w:rsidRPr="00757FBC">
        <w:rPr>
          <w:lang w:val="pt-BR"/>
        </w:rPr>
        <w:t>☐ Autorizo, nos termos do Regulamento, o uso gratuito de minha imagem, voz e nome pela SBRG para divulgação institucional e científica relacionada ao Prêmio e às atividades da Sociedade.</w:t>
      </w:r>
    </w:p>
    <w:p w14:paraId="721D9470" w14:textId="77777777" w:rsidR="000A6F9B" w:rsidRDefault="000A6F9B">
      <w:pPr>
        <w:rPr>
          <w:b/>
          <w:lang w:val="pt-BR"/>
        </w:rPr>
      </w:pPr>
    </w:p>
    <w:p w14:paraId="3C41FE7F" w14:textId="5F343D39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Local e data:</w:t>
      </w:r>
      <w:r w:rsidRPr="00757FBC">
        <w:rPr>
          <w:lang w:val="pt-BR"/>
        </w:rPr>
        <w:br/>
      </w:r>
    </w:p>
    <w:p w14:paraId="4ACD2547" w14:textId="24625FE6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Nome do(a) autor(a) responsável:</w:t>
      </w:r>
      <w:r w:rsidRPr="00757FBC">
        <w:rPr>
          <w:lang w:val="pt-BR"/>
        </w:rPr>
        <w:br/>
      </w:r>
    </w:p>
    <w:p w14:paraId="3B0B9E1A" w14:textId="758DE26C" w:rsidR="00843C2B" w:rsidRPr="00757FBC" w:rsidRDefault="007243B8">
      <w:pPr>
        <w:rPr>
          <w:lang w:val="pt-BR"/>
        </w:rPr>
      </w:pPr>
      <w:r w:rsidRPr="00757FBC">
        <w:rPr>
          <w:b/>
          <w:lang w:val="pt-BR"/>
        </w:rPr>
        <w:t>Assinatura:</w:t>
      </w:r>
      <w:r w:rsidRPr="00757FBC">
        <w:rPr>
          <w:lang w:val="pt-BR"/>
        </w:rPr>
        <w:br/>
      </w:r>
    </w:p>
    <w:sectPr w:rsidR="00843C2B" w:rsidRPr="00757FBC" w:rsidSect="000A6F9B">
      <w:headerReference w:type="default" r:id="rId8"/>
      <w:pgSz w:w="12240" w:h="15840"/>
      <w:pgMar w:top="1985" w:right="1020" w:bottom="964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0C9B6" w14:textId="77777777" w:rsidR="002D2BB4" w:rsidRDefault="002D2BB4" w:rsidP="000A6F9B">
      <w:pPr>
        <w:spacing w:after="0" w:line="240" w:lineRule="auto"/>
      </w:pPr>
      <w:r>
        <w:separator/>
      </w:r>
    </w:p>
  </w:endnote>
  <w:endnote w:type="continuationSeparator" w:id="0">
    <w:p w14:paraId="5DDD9889" w14:textId="77777777" w:rsidR="002D2BB4" w:rsidRDefault="002D2BB4" w:rsidP="000A6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6667C" w14:textId="77777777" w:rsidR="002D2BB4" w:rsidRDefault="002D2BB4" w:rsidP="000A6F9B">
      <w:pPr>
        <w:spacing w:after="0" w:line="240" w:lineRule="auto"/>
      </w:pPr>
      <w:r>
        <w:separator/>
      </w:r>
    </w:p>
  </w:footnote>
  <w:footnote w:type="continuationSeparator" w:id="0">
    <w:p w14:paraId="59925E84" w14:textId="77777777" w:rsidR="002D2BB4" w:rsidRDefault="002D2BB4" w:rsidP="000A6F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23620" w14:textId="3A0A0888" w:rsidR="000A6F9B" w:rsidRDefault="000A6F9B" w:rsidP="000A6F9B">
    <w:pPr>
      <w:pStyle w:val="Cabealho"/>
      <w:jc w:val="center"/>
    </w:pPr>
    <w:r w:rsidRPr="009F0F0F">
      <w:rPr>
        <w:noProof/>
      </w:rPr>
      <w:drawing>
        <wp:inline distT="0" distB="0" distL="0" distR="0" wp14:anchorId="2DF621F9" wp14:editId="56821BC2">
          <wp:extent cx="1256567" cy="533400"/>
          <wp:effectExtent l="0" t="0" r="1270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3163" cy="536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71727315">
    <w:abstractNumId w:val="8"/>
  </w:num>
  <w:num w:numId="2" w16cid:durableId="914974322">
    <w:abstractNumId w:val="6"/>
  </w:num>
  <w:num w:numId="3" w16cid:durableId="500195383">
    <w:abstractNumId w:val="5"/>
  </w:num>
  <w:num w:numId="4" w16cid:durableId="1144471512">
    <w:abstractNumId w:val="4"/>
  </w:num>
  <w:num w:numId="5" w16cid:durableId="202982004">
    <w:abstractNumId w:val="7"/>
  </w:num>
  <w:num w:numId="6" w16cid:durableId="1471940190">
    <w:abstractNumId w:val="3"/>
  </w:num>
  <w:num w:numId="7" w16cid:durableId="1324428829">
    <w:abstractNumId w:val="2"/>
  </w:num>
  <w:num w:numId="8" w16cid:durableId="122038002">
    <w:abstractNumId w:val="1"/>
  </w:num>
  <w:num w:numId="9" w16cid:durableId="1713192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6F9B"/>
    <w:rsid w:val="0015074B"/>
    <w:rsid w:val="0029639D"/>
    <w:rsid w:val="002D2BB4"/>
    <w:rsid w:val="00326F90"/>
    <w:rsid w:val="003C06FB"/>
    <w:rsid w:val="006D0591"/>
    <w:rsid w:val="007243B8"/>
    <w:rsid w:val="00756670"/>
    <w:rsid w:val="00757FBC"/>
    <w:rsid w:val="00843C2B"/>
    <w:rsid w:val="008E4562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B42D7B"/>
  <w14:defaultImageDpi w14:val="300"/>
  <w15:docId w15:val="{630136A1-6D65-4371-ADA7-C87DDE493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1219</Words>
  <Characters>6586</Characters>
  <Application>Microsoft Office Word</Application>
  <DocSecurity>0</DocSecurity>
  <Lines>54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7790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Elisangela Siqueira</cp:lastModifiedBy>
  <cp:revision>2</cp:revision>
  <dcterms:created xsi:type="dcterms:W3CDTF">2026-09-03T12:21:00Z</dcterms:created>
  <dcterms:modified xsi:type="dcterms:W3CDTF">2026-09-03T12:21:00Z</dcterms:modified>
  <cp:category/>
</cp:coreProperties>
</file>